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FB" w:rsidRDefault="003B1CFB" w:rsidP="003B1CFB">
      <w:pPr>
        <w:jc w:val="center"/>
        <w:rPr>
          <w:rFonts w:cs="Arial"/>
          <w:b/>
          <w:sz w:val="24"/>
          <w:szCs w:val="24"/>
          <w:lang w:val="es-C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872" behindDoc="1" locked="0" layoutInCell="1" allowOverlap="1" wp14:anchorId="379AB169" wp14:editId="4494D9B1">
            <wp:simplePos x="0" y="0"/>
            <wp:positionH relativeFrom="column">
              <wp:posOffset>981075</wp:posOffset>
            </wp:positionH>
            <wp:positionV relativeFrom="paragraph">
              <wp:posOffset>3508</wp:posOffset>
            </wp:positionV>
            <wp:extent cx="645638" cy="741261"/>
            <wp:effectExtent l="0" t="0" r="2540" b="1905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 B Y 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38" cy="741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sz w:val="24"/>
          <w:szCs w:val="24"/>
          <w:lang w:val="es-CO"/>
        </w:rPr>
        <w:t xml:space="preserve"> TALLER DE REPASO GRADO PRIMERO</w:t>
      </w:r>
    </w:p>
    <w:p w:rsidR="003B1CFB" w:rsidRDefault="003B1CFB" w:rsidP="003B1CFB">
      <w:pPr>
        <w:tabs>
          <w:tab w:val="left" w:pos="285"/>
          <w:tab w:val="center" w:pos="5100"/>
        </w:tabs>
        <w:rPr>
          <w:rFonts w:cs="Arial"/>
          <w:b/>
          <w:sz w:val="24"/>
          <w:szCs w:val="24"/>
          <w:lang w:val="es-CO"/>
        </w:rPr>
      </w:pPr>
      <w:r>
        <w:rPr>
          <w:rFonts w:cs="Arial"/>
          <w:b/>
          <w:sz w:val="24"/>
          <w:szCs w:val="24"/>
          <w:lang w:val="es-CO"/>
        </w:rPr>
        <w:tab/>
      </w:r>
      <w:r>
        <w:rPr>
          <w:rFonts w:cs="Arial"/>
          <w:b/>
          <w:sz w:val="24"/>
          <w:szCs w:val="24"/>
          <w:lang w:val="es-CO"/>
        </w:rPr>
        <w:tab/>
        <w:t>ASIGNATURA DE SOCIALES</w:t>
      </w:r>
    </w:p>
    <w:p w:rsidR="003B1CFB" w:rsidRDefault="003B1CFB" w:rsidP="003B1CFB">
      <w:pPr>
        <w:tabs>
          <w:tab w:val="left" w:pos="285"/>
          <w:tab w:val="center" w:pos="5100"/>
        </w:tabs>
        <w:jc w:val="center"/>
        <w:rPr>
          <w:rFonts w:cs="Arial"/>
          <w:b/>
          <w:sz w:val="24"/>
          <w:szCs w:val="24"/>
          <w:lang w:val="es-CO"/>
        </w:rPr>
      </w:pPr>
      <w:r>
        <w:rPr>
          <w:rFonts w:cs="Arial"/>
          <w:b/>
          <w:sz w:val="24"/>
          <w:szCs w:val="24"/>
          <w:lang w:val="es-CO"/>
        </w:rPr>
        <w:t>TERCER PERÍODO</w:t>
      </w:r>
    </w:p>
    <w:p w:rsidR="003B1CFB" w:rsidRDefault="003B1CFB" w:rsidP="003B1CFB">
      <w:pPr>
        <w:jc w:val="center"/>
        <w:rPr>
          <w:rFonts w:cs="Arial"/>
          <w:b/>
          <w:sz w:val="24"/>
          <w:szCs w:val="24"/>
          <w:lang w:val="es-CO"/>
        </w:rPr>
      </w:pPr>
    </w:p>
    <w:p w:rsidR="003B1CFB" w:rsidRPr="00B6176A" w:rsidRDefault="003B1CFB" w:rsidP="003B1CFB">
      <w:pPr>
        <w:jc w:val="center"/>
        <w:rPr>
          <w:rFonts w:cs="Arial"/>
          <w:b/>
          <w:sz w:val="24"/>
          <w:szCs w:val="24"/>
          <w:lang w:val="es-CO"/>
        </w:rPr>
      </w:pPr>
    </w:p>
    <w:p w:rsidR="002C0CA5" w:rsidRPr="00B6176A" w:rsidRDefault="00113D3D">
      <w:pPr>
        <w:rPr>
          <w:rFonts w:cs="Arial"/>
          <w:sz w:val="24"/>
          <w:szCs w:val="24"/>
          <w:lang w:val="es-CO"/>
        </w:rPr>
      </w:pPr>
      <w:r w:rsidRPr="00B6176A">
        <w:rPr>
          <w:rFonts w:cs="Arial"/>
          <w:b/>
          <w:sz w:val="24"/>
          <w:szCs w:val="24"/>
          <w:lang w:val="es-CO"/>
        </w:rPr>
        <w:t xml:space="preserve"> MI BARRIO</w:t>
      </w:r>
    </w:p>
    <w:p w:rsidR="002C0CA5" w:rsidRPr="00B6176A" w:rsidRDefault="00113D3D">
      <w:pPr>
        <w:rPr>
          <w:rFonts w:cs="Arial"/>
          <w:sz w:val="24"/>
          <w:szCs w:val="24"/>
          <w:lang w:val="es-CO"/>
        </w:rPr>
      </w:pPr>
      <w:r w:rsidRPr="003B1CFB">
        <w:rPr>
          <w:rFonts w:cs="Arial"/>
          <w:b/>
          <w:sz w:val="24"/>
          <w:szCs w:val="24"/>
          <w:lang w:val="es-CO"/>
        </w:rPr>
        <w:t>1. Escribe el nombre de tu barrio</w:t>
      </w:r>
      <w:r w:rsidRPr="00B6176A">
        <w:rPr>
          <w:rFonts w:cs="Arial"/>
          <w:sz w:val="24"/>
          <w:szCs w:val="24"/>
          <w:lang w:val="es-CO"/>
        </w:rPr>
        <w:t>.</w:t>
      </w:r>
    </w:p>
    <w:p w:rsidR="002C0CA5" w:rsidRPr="00B6176A" w:rsidRDefault="00113D3D">
      <w:pPr>
        <w:rPr>
          <w:rFonts w:cs="Arial"/>
          <w:sz w:val="24"/>
          <w:szCs w:val="24"/>
          <w:lang w:val="es-CO"/>
        </w:rPr>
      </w:pPr>
      <w:r w:rsidRPr="003B1CFB">
        <w:rPr>
          <w:rFonts w:cs="Arial"/>
          <w:b/>
          <w:sz w:val="24"/>
          <w:szCs w:val="24"/>
          <w:lang w:val="es-CO"/>
        </w:rPr>
        <w:t>Mi barrio se llama:</w:t>
      </w:r>
      <w:r w:rsidRPr="00B6176A">
        <w:rPr>
          <w:rFonts w:cs="Arial"/>
          <w:sz w:val="24"/>
          <w:szCs w:val="24"/>
          <w:lang w:val="es-CO"/>
        </w:rPr>
        <w:t xml:space="preserve"> ________________________________________________</w:t>
      </w:r>
    </w:p>
    <w:p w:rsidR="002C0CA5" w:rsidRPr="003B1CFB" w:rsidRDefault="00113D3D">
      <w:pPr>
        <w:rPr>
          <w:rFonts w:cs="Arial"/>
          <w:b/>
          <w:sz w:val="24"/>
          <w:szCs w:val="24"/>
          <w:lang w:val="es-CO"/>
        </w:rPr>
      </w:pPr>
      <w:r w:rsidRPr="003B1CFB">
        <w:rPr>
          <w:rFonts w:cs="Arial"/>
          <w:b/>
          <w:sz w:val="24"/>
          <w:szCs w:val="24"/>
          <w:lang w:val="es-CO"/>
        </w:rPr>
        <w:t>2. Escribe tres lugares que hay cerca de tu barrio.</w:t>
      </w:r>
    </w:p>
    <w:p w:rsidR="005F4101" w:rsidRPr="00B6176A" w:rsidRDefault="00113D3D">
      <w:pPr>
        <w:rPr>
          <w:rFonts w:cs="Arial"/>
          <w:sz w:val="24"/>
          <w:szCs w:val="24"/>
          <w:lang w:val="es-CO"/>
        </w:rPr>
      </w:pPr>
      <w:r w:rsidRPr="00B6176A">
        <w:rPr>
          <w:rFonts w:cs="Arial"/>
          <w:sz w:val="24"/>
          <w:szCs w:val="24"/>
          <w:lang w:val="es-CO"/>
        </w:rPr>
        <w:t xml:space="preserve">___________________________    </w:t>
      </w:r>
      <w:r w:rsidR="005F4101" w:rsidRPr="00B6176A">
        <w:rPr>
          <w:rFonts w:cs="Arial"/>
          <w:sz w:val="24"/>
          <w:szCs w:val="24"/>
          <w:lang w:val="es-CO"/>
        </w:rPr>
        <w:t xml:space="preserve"> </w:t>
      </w:r>
      <w:r w:rsidRPr="00B6176A">
        <w:rPr>
          <w:rFonts w:cs="Arial"/>
          <w:sz w:val="24"/>
          <w:szCs w:val="24"/>
          <w:lang w:val="es-CO"/>
        </w:rPr>
        <w:t>___________________________     ___________________________</w:t>
      </w:r>
    </w:p>
    <w:p w:rsidR="003C57B7" w:rsidRPr="003B1CFB" w:rsidRDefault="003C57B7">
      <w:pPr>
        <w:rPr>
          <w:rFonts w:cs="Arial"/>
          <w:b/>
          <w:sz w:val="24"/>
          <w:szCs w:val="24"/>
          <w:lang w:val="es-CO"/>
        </w:rPr>
      </w:pPr>
    </w:p>
    <w:p w:rsidR="002C0CA5" w:rsidRDefault="003C57B7">
      <w:pPr>
        <w:rPr>
          <w:rFonts w:cs="Arial"/>
          <w:b/>
          <w:sz w:val="24"/>
          <w:szCs w:val="24"/>
          <w:lang w:val="es-CO"/>
        </w:rPr>
      </w:pPr>
      <w:r w:rsidRPr="003B1CFB">
        <w:rPr>
          <w:rFonts w:cs="Arial"/>
          <w:b/>
          <w:sz w:val="24"/>
          <w:szCs w:val="24"/>
          <w:lang w:val="es-CO"/>
        </w:rPr>
        <w:t>3.</w:t>
      </w:r>
      <w:r w:rsidR="00113D3D" w:rsidRPr="003B1CFB">
        <w:rPr>
          <w:rFonts w:cs="Arial"/>
          <w:b/>
          <w:sz w:val="24"/>
          <w:szCs w:val="24"/>
          <w:lang w:val="es-CO"/>
        </w:rPr>
        <w:t>Escribe el nombre de una persona que trabaje cerca de tu casa y qué trabajo realiza.</w:t>
      </w:r>
    </w:p>
    <w:p w:rsidR="003B1CFB" w:rsidRPr="003B1CFB" w:rsidRDefault="003B1CFB">
      <w:pPr>
        <w:rPr>
          <w:rFonts w:cs="Arial"/>
          <w:b/>
          <w:sz w:val="24"/>
          <w:szCs w:val="24"/>
          <w:lang w:val="es-CO"/>
        </w:rPr>
      </w:pPr>
    </w:p>
    <w:p w:rsidR="005F4101" w:rsidRPr="00B6176A" w:rsidRDefault="00113D3D">
      <w:pPr>
        <w:rPr>
          <w:rFonts w:cs="Arial"/>
          <w:sz w:val="24"/>
          <w:szCs w:val="24"/>
          <w:lang w:val="es-CO"/>
        </w:rPr>
      </w:pPr>
      <w:r w:rsidRPr="00B6176A">
        <w:rPr>
          <w:rFonts w:cs="Arial"/>
          <w:sz w:val="24"/>
          <w:szCs w:val="24"/>
          <w:lang w:val="es-CO"/>
        </w:rPr>
        <w:t>Nombre: ___</w:t>
      </w:r>
      <w:r w:rsidR="003B1CFB">
        <w:rPr>
          <w:rFonts w:cs="Arial"/>
          <w:sz w:val="24"/>
          <w:szCs w:val="24"/>
          <w:lang w:val="es-CO"/>
        </w:rPr>
        <w:t>___________________________</w:t>
      </w:r>
      <w:r w:rsidRPr="00B6176A">
        <w:rPr>
          <w:rFonts w:cs="Arial"/>
          <w:sz w:val="24"/>
          <w:szCs w:val="24"/>
          <w:lang w:val="es-CO"/>
        </w:rPr>
        <w:t xml:space="preserve"> Trabaj</w:t>
      </w:r>
      <w:r w:rsidR="005F4101" w:rsidRPr="00B6176A">
        <w:rPr>
          <w:rFonts w:cs="Arial"/>
          <w:sz w:val="24"/>
          <w:szCs w:val="24"/>
          <w:lang w:val="es-CO"/>
        </w:rPr>
        <w:t xml:space="preserve">o </w:t>
      </w:r>
      <w:r w:rsidRPr="00B6176A">
        <w:rPr>
          <w:rFonts w:cs="Arial"/>
          <w:sz w:val="24"/>
          <w:szCs w:val="24"/>
          <w:lang w:val="es-CO"/>
        </w:rPr>
        <w:t>___</w:t>
      </w:r>
      <w:r w:rsidR="003B1CFB">
        <w:rPr>
          <w:rFonts w:cs="Arial"/>
          <w:sz w:val="24"/>
          <w:szCs w:val="24"/>
          <w:lang w:val="es-CO"/>
        </w:rPr>
        <w:t>_________________</w:t>
      </w:r>
    </w:p>
    <w:p w:rsidR="002C0CA5" w:rsidRPr="00B6176A" w:rsidRDefault="00113D3D">
      <w:pPr>
        <w:rPr>
          <w:rFonts w:cs="Arial"/>
          <w:sz w:val="24"/>
          <w:szCs w:val="24"/>
          <w:lang w:val="es-CO"/>
        </w:rPr>
      </w:pPr>
      <w:r w:rsidRPr="00B6176A">
        <w:rPr>
          <w:rFonts w:cs="Arial"/>
          <w:b/>
          <w:sz w:val="24"/>
          <w:szCs w:val="24"/>
          <w:lang w:val="es-CO"/>
        </w:rPr>
        <w:t xml:space="preserve"> </w:t>
      </w:r>
      <w:r w:rsidR="003C57B7" w:rsidRPr="00B6176A">
        <w:rPr>
          <w:rFonts w:cs="Arial"/>
          <w:b/>
          <w:sz w:val="24"/>
          <w:szCs w:val="24"/>
          <w:lang w:val="es-CO"/>
        </w:rPr>
        <w:t xml:space="preserve">4. </w:t>
      </w:r>
      <w:r w:rsidRPr="00B6176A">
        <w:rPr>
          <w:rFonts w:cs="Arial"/>
          <w:b/>
          <w:sz w:val="24"/>
          <w:szCs w:val="24"/>
          <w:lang w:val="es-CO"/>
        </w:rPr>
        <w:t>NORMAS Y BUEN TRATO CON LOS VECINOS</w:t>
      </w:r>
    </w:p>
    <w:p w:rsidR="003C57B7" w:rsidRDefault="00113D3D">
      <w:pPr>
        <w:rPr>
          <w:lang w:val="es-CO"/>
        </w:rPr>
      </w:pPr>
      <w:r w:rsidRPr="005F4101">
        <w:rPr>
          <w:lang w:val="es-CO"/>
        </w:rPr>
        <w:t xml:space="preserve"> </w:t>
      </w:r>
      <w:r w:rsidR="003C57B7">
        <w:rPr>
          <w:noProof/>
        </w:rPr>
        <w:drawing>
          <wp:inline distT="0" distB="0" distL="0" distR="0" wp14:anchorId="3DB4FDE1" wp14:editId="637C7867">
            <wp:extent cx="5301343" cy="4242169"/>
            <wp:effectExtent l="0" t="0" r="0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_and_white_line_art_worksheet_coloring_page.png"/>
                    <pic:cNvPicPr/>
                  </pic:nvPicPr>
                  <pic:blipFill>
                    <a:blip r:embed="rId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354" cy="425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B7" w:rsidRPr="003B1CFB" w:rsidRDefault="003C57B7">
      <w:pPr>
        <w:rPr>
          <w:b/>
          <w:sz w:val="24"/>
          <w:szCs w:val="24"/>
          <w:lang w:val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226060</wp:posOffset>
                </wp:positionV>
                <wp:extent cx="3178629" cy="533400"/>
                <wp:effectExtent l="12700" t="12700" r="9525" b="1270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9" cy="533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7B7" w:rsidRPr="003C57B7" w:rsidRDefault="003C57B7" w:rsidP="003C57B7">
                            <w:pPr>
                              <w:rPr>
                                <w:b/>
                                <w:sz w:val="36"/>
                                <w:szCs w:val="36"/>
                                <w:lang w:val="es-CO"/>
                              </w:rPr>
                            </w:pPr>
                            <w:r w:rsidRPr="003C57B7">
                              <w:rPr>
                                <w:b/>
                                <w:sz w:val="36"/>
                                <w:szCs w:val="36"/>
                                <w:lang w:val="es-CO"/>
                              </w:rPr>
                              <w:t xml:space="preserve">vecinos-respeto- saludar </w:t>
                            </w:r>
                          </w:p>
                          <w:p w:rsidR="003C57B7" w:rsidRDefault="003C57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76.45pt;margin-top:17.8pt;width:250.3pt;height:42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" fillcolor="white [3201]" strokecolor="black [3200]" strokeweight="2pt">
                <v:textbox>
                  <w:txbxContent>
                    <w:p w:rsidR="003C57B7" w:rsidRPr="003C57B7" w:rsidRDefault="003C57B7" w:rsidP="003C57B7">
                      <w:pPr>
                        <w:rPr>
                          <w:b/>
                          <w:sz w:val="36"/>
                          <w:szCs w:val="36"/>
                          <w:lang w:val="es-CO"/>
                        </w:rPr>
                      </w:pPr>
                      <w:r w:rsidRPr="003C57B7">
                        <w:rPr>
                          <w:b/>
                          <w:sz w:val="36"/>
                          <w:szCs w:val="36"/>
                          <w:lang w:val="es-CO"/>
                        </w:rPr>
                        <w:t xml:space="preserve">vecinos-respeto- saludar </w:t>
                      </w:r>
                    </w:p>
                    <w:p w:rsidR="003C57B7" w:rsidRDefault="003C57B7"/>
                  </w:txbxContent>
                </v:textbox>
              </v:shape>
            </w:pict>
          </mc:Fallback>
        </mc:AlternateContent>
      </w:r>
    </w:p>
    <w:p w:rsidR="003C57B7" w:rsidRPr="00B6176A" w:rsidRDefault="003C57B7">
      <w:pPr>
        <w:rPr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5.</w:t>
      </w:r>
      <w:r w:rsidR="00113D3D" w:rsidRPr="003B1CFB">
        <w:rPr>
          <w:b/>
          <w:sz w:val="24"/>
          <w:szCs w:val="24"/>
          <w:lang w:val="es-CO"/>
        </w:rPr>
        <w:t>Completa la oración</w:t>
      </w:r>
      <w:r w:rsidRPr="003B1CFB">
        <w:rPr>
          <w:b/>
          <w:sz w:val="24"/>
          <w:szCs w:val="24"/>
          <w:lang w:val="es-CO"/>
        </w:rPr>
        <w:t xml:space="preserve"> con el b</w:t>
      </w:r>
      <w:r w:rsidR="00113D3D" w:rsidRPr="003B1CFB">
        <w:rPr>
          <w:b/>
          <w:sz w:val="24"/>
          <w:szCs w:val="24"/>
          <w:lang w:val="es-CO"/>
        </w:rPr>
        <w:t>anco de palabras</w:t>
      </w:r>
      <w:r w:rsidR="00113D3D" w:rsidRPr="00B6176A">
        <w:rPr>
          <w:sz w:val="24"/>
          <w:szCs w:val="24"/>
          <w:lang w:val="es-CO"/>
        </w:rPr>
        <w:t xml:space="preserve">: </w:t>
      </w:r>
    </w:p>
    <w:p w:rsidR="003C57B7" w:rsidRPr="00B6176A" w:rsidRDefault="003C57B7">
      <w:pPr>
        <w:rPr>
          <w:sz w:val="24"/>
          <w:szCs w:val="24"/>
          <w:lang w:val="es-CO"/>
        </w:rPr>
      </w:pP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 xml:space="preserve">Yo debo </w:t>
      </w:r>
      <w:r w:rsidR="005F4101" w:rsidRPr="003B1CFB">
        <w:rPr>
          <w:b/>
          <w:sz w:val="24"/>
          <w:szCs w:val="24"/>
          <w:lang w:val="es-CO"/>
        </w:rPr>
        <w:t xml:space="preserve">__________________________todos los dìas </w:t>
      </w:r>
      <w:r w:rsidR="00B6176A" w:rsidRPr="003B1CFB">
        <w:rPr>
          <w:b/>
          <w:sz w:val="24"/>
          <w:szCs w:val="24"/>
          <w:lang w:val="es-CO"/>
        </w:rPr>
        <w:t xml:space="preserve">a los </w:t>
      </w:r>
      <w:r w:rsidRPr="003B1CFB">
        <w:rPr>
          <w:b/>
          <w:sz w:val="24"/>
          <w:szCs w:val="24"/>
          <w:lang w:val="es-CO"/>
        </w:rPr>
        <w:t>____________________</w:t>
      </w:r>
      <w:r w:rsidR="005F4101" w:rsidRPr="003B1CFB">
        <w:rPr>
          <w:b/>
          <w:sz w:val="24"/>
          <w:szCs w:val="24"/>
          <w:lang w:val="es-CO"/>
        </w:rPr>
        <w:t>____ y tratarlos con ________________________.</w:t>
      </w:r>
    </w:p>
    <w:p w:rsidR="00B6176A" w:rsidRPr="003B1CFB" w:rsidRDefault="00B6176A">
      <w:pPr>
        <w:rPr>
          <w:b/>
          <w:sz w:val="24"/>
          <w:szCs w:val="24"/>
          <w:lang w:val="es-CO"/>
        </w:rPr>
      </w:pPr>
    </w:p>
    <w:p w:rsidR="002C0CA5" w:rsidRPr="003B1CFB" w:rsidRDefault="003C57B7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6.</w:t>
      </w:r>
      <w:r w:rsidR="00113D3D" w:rsidRPr="003B1CFB">
        <w:rPr>
          <w:b/>
          <w:sz w:val="24"/>
          <w:szCs w:val="24"/>
          <w:lang w:val="es-CO"/>
        </w:rPr>
        <w:t xml:space="preserve"> Escribe una </w:t>
      </w:r>
      <w:r w:rsidR="005F4101" w:rsidRPr="003B1CFB">
        <w:rPr>
          <w:b/>
          <w:sz w:val="24"/>
          <w:szCs w:val="24"/>
          <w:lang w:val="es-CO"/>
        </w:rPr>
        <w:t xml:space="preserve">acciòn </w:t>
      </w:r>
      <w:r w:rsidR="00113D3D" w:rsidRPr="003B1CFB">
        <w:rPr>
          <w:b/>
          <w:sz w:val="24"/>
          <w:szCs w:val="24"/>
          <w:lang w:val="es-CO"/>
        </w:rPr>
        <w:t>que debemos cumplir en nuestro barrio.</w:t>
      </w:r>
    </w:p>
    <w:p w:rsidR="002C0CA5" w:rsidRDefault="00113D3D" w:rsidP="00B6176A">
      <w:pPr>
        <w:rPr>
          <w:lang w:val="es-CO"/>
        </w:rPr>
      </w:pPr>
      <w:r w:rsidRPr="003B1CFB">
        <w:rPr>
          <w:b/>
          <w:lang w:val="es-CO"/>
        </w:rPr>
        <w:lastRenderedPageBreak/>
        <w:t>________________________________________________________________________________________________</w:t>
      </w:r>
      <w:r w:rsidR="005F4101" w:rsidRPr="003B1CFB">
        <w:rPr>
          <w:b/>
          <w:lang w:val="es-CO"/>
        </w:rPr>
        <w:t>______________________________________________________________________</w:t>
      </w:r>
    </w:p>
    <w:p w:rsidR="00B6176A" w:rsidRDefault="008F4880" w:rsidP="00B6176A">
      <w:pPr>
        <w:rPr>
          <w:lang w:val="es-CO"/>
        </w:rPr>
      </w:pPr>
      <w:r>
        <w:rPr>
          <w:lang w:val="es-CO"/>
        </w:rPr>
        <w:t>9</w:t>
      </w:r>
      <w:r w:rsidR="00B6176A">
        <w:rPr>
          <w:noProof/>
        </w:rPr>
        <w:drawing>
          <wp:inline distT="0" distB="0" distL="0" distR="0" wp14:anchorId="36D6D41C" wp14:editId="6A940F42">
            <wp:extent cx="6477000" cy="5183399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black_and_white_line_art_worksheet_page_cartoon.png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18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76A" w:rsidRPr="003B1CFB" w:rsidRDefault="00B6176A">
      <w:pPr>
        <w:rPr>
          <w:b/>
          <w:sz w:val="24"/>
          <w:szCs w:val="24"/>
          <w:lang w:val="es-CO"/>
        </w:rPr>
      </w:pPr>
    </w:p>
    <w:p w:rsidR="002C0CA5" w:rsidRPr="003B1CFB" w:rsidRDefault="00B6176A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8.</w:t>
      </w:r>
      <w:r w:rsidR="003B1CFB">
        <w:rPr>
          <w:b/>
          <w:sz w:val="24"/>
          <w:szCs w:val="24"/>
          <w:lang w:val="es-CO"/>
        </w:rPr>
        <w:t xml:space="preserve"> </w:t>
      </w:r>
      <w:r w:rsidRPr="003B1CFB">
        <w:rPr>
          <w:b/>
          <w:sz w:val="24"/>
          <w:szCs w:val="24"/>
          <w:lang w:val="es-CO"/>
        </w:rPr>
        <w:t xml:space="preserve">Usa la palabra que corresponde del banco de </w:t>
      </w:r>
      <w:r w:rsidR="003B1CFB">
        <w:rPr>
          <w:b/>
          <w:sz w:val="24"/>
          <w:szCs w:val="24"/>
          <w:lang w:val="es-CO"/>
        </w:rPr>
        <w:t>palabras y completa la oración.</w:t>
      </w:r>
    </w:p>
    <w:p w:rsidR="00B6176A" w:rsidRPr="003B1CFB" w:rsidRDefault="003B1CFB">
      <w:pPr>
        <w:rPr>
          <w:b/>
          <w:sz w:val="32"/>
          <w:szCs w:val="32"/>
        </w:rPr>
      </w:pPr>
      <w:r w:rsidRPr="00B6176A">
        <w:rPr>
          <w:b/>
          <w:sz w:val="32"/>
          <w:szCs w:val="32"/>
          <w:lang w:val="es-CO"/>
        </w:rPr>
        <w:t>plantas –</w:t>
      </w:r>
      <w:r>
        <w:rPr>
          <w:b/>
          <w:sz w:val="32"/>
          <w:szCs w:val="32"/>
          <w:lang w:val="es-CO"/>
        </w:rPr>
        <w:t xml:space="preserve"> colores-ruidos </w:t>
      </w:r>
    </w:p>
    <w:p w:rsidR="008F4880" w:rsidRPr="00B6176A" w:rsidRDefault="008F4880">
      <w:pPr>
        <w:rPr>
          <w:sz w:val="24"/>
          <w:szCs w:val="24"/>
          <w:lang w:val="es-CO"/>
        </w:rPr>
      </w:pPr>
    </w:p>
    <w:p w:rsidR="00B6176A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La contaminación auditiva es causada por sonidos o __________________ muy fuertes.</w:t>
      </w:r>
    </w:p>
    <w:p w:rsidR="00B6176A" w:rsidRDefault="008F4880">
      <w:pPr>
        <w:rPr>
          <w:b/>
          <w:sz w:val="26"/>
          <w:lang w:val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57C8F1" wp14:editId="1BC49A72">
                <wp:simplePos x="0" y="0"/>
                <wp:positionH relativeFrom="column">
                  <wp:posOffset>2771775</wp:posOffset>
                </wp:positionH>
                <wp:positionV relativeFrom="paragraph">
                  <wp:posOffset>147955</wp:posOffset>
                </wp:positionV>
                <wp:extent cx="3178629" cy="533400"/>
                <wp:effectExtent l="12700" t="12700" r="9525" b="1270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9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F4880" w:rsidRPr="008F4880" w:rsidRDefault="008F4880" w:rsidP="008F48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F4880">
                              <w:rPr>
                                <w:b/>
                                <w:sz w:val="24"/>
                                <w:szCs w:val="24"/>
                                <w:lang w:val="es-CO"/>
                              </w:rPr>
                              <w:t>reciclar – planeta – basuras – cuidar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57C8F1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8" type="#_x0000_t202" style="position:absolute;margin-left:218.25pt;margin-top:11.65pt;width:250.3pt;height:42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" fillcolor="window" strokecolor="windowText" strokeweight="2pt">
                <v:textbox>
                  <w:txbxContent>
                    <w:p w:rsidR="008F4880" w:rsidRPr="008F4880" w:rsidRDefault="008F4880" w:rsidP="008F48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8F4880">
                        <w:rPr>
                          <w:b/>
                          <w:sz w:val="24"/>
                          <w:szCs w:val="24"/>
                          <w:lang w:val="es-CO"/>
                        </w:rPr>
                        <w:t>reciclar – planeta – basuras – cuidar</w:t>
                      </w:r>
                    </w:p>
                  </w:txbxContent>
                </v:textbox>
              </v:shape>
            </w:pict>
          </mc:Fallback>
        </mc:AlternateContent>
      </w:r>
    </w:p>
    <w:p w:rsidR="002C0CA5" w:rsidRDefault="008F4880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9</w:t>
      </w:r>
      <w:r w:rsidR="00B6176A" w:rsidRPr="00B6176A">
        <w:rPr>
          <w:b/>
          <w:sz w:val="24"/>
          <w:szCs w:val="24"/>
          <w:lang w:val="es-CO"/>
        </w:rPr>
        <w:t>.</w:t>
      </w:r>
      <w:r w:rsidR="00113D3D" w:rsidRPr="003B1CFB">
        <w:rPr>
          <w:b/>
          <w:sz w:val="24"/>
          <w:szCs w:val="24"/>
          <w:lang w:val="es-CO"/>
        </w:rPr>
        <w:t>Completa con las palabras del banco</w:t>
      </w:r>
      <w:r w:rsidR="00113D3D" w:rsidRPr="00B6176A">
        <w:rPr>
          <w:sz w:val="24"/>
          <w:szCs w:val="24"/>
          <w:lang w:val="es-CO"/>
        </w:rPr>
        <w:t>.</w:t>
      </w:r>
    </w:p>
    <w:p w:rsidR="008F4880" w:rsidRPr="00B6176A" w:rsidRDefault="008F4880">
      <w:pPr>
        <w:rPr>
          <w:sz w:val="24"/>
          <w:szCs w:val="24"/>
          <w:lang w:val="es-CO"/>
        </w:rPr>
      </w:pP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 xml:space="preserve"> Debemos aprender a __________________ para ayudar al medio ambiente.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Reciclar nos ayuda a __________________ nuestro planeta.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Debemos separar algunos __________________ para aprovecharlos nuevamente.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Nuestro __________________ es el lugar donde vivimos y debemos protegerlo.</w:t>
      </w:r>
    </w:p>
    <w:p w:rsidR="00B6176A" w:rsidRPr="00B6176A" w:rsidRDefault="00B6176A">
      <w:pPr>
        <w:rPr>
          <w:sz w:val="24"/>
          <w:szCs w:val="24"/>
          <w:lang w:val="es-CO"/>
        </w:rPr>
      </w:pPr>
    </w:p>
    <w:p w:rsidR="002C0CA5" w:rsidRPr="003B1CFB" w:rsidRDefault="008F4880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10</w:t>
      </w:r>
      <w:r w:rsidR="00B6176A" w:rsidRPr="003B1CFB">
        <w:rPr>
          <w:b/>
          <w:sz w:val="24"/>
          <w:szCs w:val="24"/>
          <w:lang w:val="es-CO"/>
        </w:rPr>
        <w:t>.</w:t>
      </w:r>
      <w:r w:rsidR="00113D3D" w:rsidRPr="003B1CFB">
        <w:rPr>
          <w:b/>
          <w:sz w:val="24"/>
          <w:szCs w:val="24"/>
          <w:lang w:val="es-CO"/>
        </w:rPr>
        <w:t xml:space="preserve"> Encierra los elementos que pueden reciclarse.</w:t>
      </w:r>
    </w:p>
    <w:p w:rsidR="00B6176A" w:rsidRPr="00B6176A" w:rsidRDefault="00B6176A">
      <w:pPr>
        <w:rPr>
          <w:sz w:val="24"/>
          <w:szCs w:val="24"/>
          <w:lang w:val="es-CO"/>
        </w:rPr>
      </w:pPr>
    </w:p>
    <w:p w:rsidR="00B73FB0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Papel     Botella plástica     Periódico      La</w:t>
      </w:r>
      <w:r w:rsidR="00B6176A" w:rsidRPr="003B1CFB">
        <w:rPr>
          <w:b/>
          <w:sz w:val="24"/>
          <w:szCs w:val="24"/>
          <w:lang w:val="es-CO"/>
        </w:rPr>
        <w:t>ta</w:t>
      </w:r>
      <w:r w:rsidRPr="003B1CFB">
        <w:rPr>
          <w:b/>
          <w:sz w:val="24"/>
          <w:szCs w:val="24"/>
          <w:lang w:val="es-CO"/>
        </w:rPr>
        <w:t xml:space="preserve">      Cáscara de fruta     Caja de cartó</w:t>
      </w:r>
      <w:r w:rsidR="00B6176A" w:rsidRPr="003B1CFB">
        <w:rPr>
          <w:b/>
          <w:sz w:val="24"/>
          <w:szCs w:val="24"/>
          <w:lang w:val="es-CO"/>
        </w:rPr>
        <w:t>n</w:t>
      </w:r>
    </w:p>
    <w:p w:rsidR="002C0CA5" w:rsidRPr="00B6176A" w:rsidRDefault="002C0CA5">
      <w:pPr>
        <w:rPr>
          <w:sz w:val="24"/>
          <w:szCs w:val="24"/>
          <w:lang w:val="es-CO"/>
        </w:rPr>
      </w:pPr>
    </w:p>
    <w:p w:rsidR="008F4880" w:rsidRDefault="008F4880">
      <w:pPr>
        <w:rPr>
          <w:b/>
          <w:sz w:val="24"/>
          <w:szCs w:val="24"/>
          <w:lang w:val="es-CO"/>
        </w:rPr>
      </w:pPr>
    </w:p>
    <w:p w:rsidR="003B1CFB" w:rsidRDefault="003B1CFB">
      <w:pPr>
        <w:rPr>
          <w:b/>
          <w:sz w:val="24"/>
          <w:szCs w:val="24"/>
          <w:lang w:val="es-CO"/>
        </w:rPr>
      </w:pPr>
    </w:p>
    <w:p w:rsidR="002C0CA5" w:rsidRPr="00B6176A" w:rsidRDefault="00113D3D">
      <w:pPr>
        <w:rPr>
          <w:sz w:val="24"/>
          <w:szCs w:val="24"/>
          <w:lang w:val="es-CO"/>
        </w:rPr>
      </w:pPr>
      <w:r w:rsidRPr="00B6176A">
        <w:rPr>
          <w:b/>
          <w:sz w:val="24"/>
          <w:szCs w:val="24"/>
          <w:lang w:val="es-CO"/>
        </w:rPr>
        <w:t xml:space="preserve"> CUIDEMOS NUESTRO PLANETA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 xml:space="preserve"> </w:t>
      </w:r>
      <w:r w:rsidR="00B6176A" w:rsidRPr="003B1CFB">
        <w:rPr>
          <w:b/>
          <w:sz w:val="24"/>
          <w:szCs w:val="24"/>
          <w:lang w:val="es-CO"/>
        </w:rPr>
        <w:t>1</w:t>
      </w:r>
      <w:r w:rsidR="008F4880" w:rsidRPr="003B1CFB">
        <w:rPr>
          <w:b/>
          <w:sz w:val="24"/>
          <w:szCs w:val="24"/>
          <w:lang w:val="es-CO"/>
        </w:rPr>
        <w:t>1</w:t>
      </w:r>
      <w:r w:rsidR="00B6176A" w:rsidRPr="003B1CFB">
        <w:rPr>
          <w:b/>
          <w:sz w:val="24"/>
          <w:szCs w:val="24"/>
          <w:lang w:val="es-CO"/>
        </w:rPr>
        <w:t xml:space="preserve">. </w:t>
      </w:r>
      <w:r w:rsidRPr="003B1CFB">
        <w:rPr>
          <w:b/>
          <w:sz w:val="24"/>
          <w:szCs w:val="24"/>
          <w:lang w:val="es-CO"/>
        </w:rPr>
        <w:t>Escribe SÍ o NO.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____ Botar basura en la calle.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____ Separar los residuos.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____ Cuidar los parques.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____ Desperdiciar el agua.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____ Reutilizar algunos materiales.</w:t>
      </w:r>
    </w:p>
    <w:p w:rsidR="002C0CA5" w:rsidRPr="003B1CFB" w:rsidRDefault="00113D3D">
      <w:pPr>
        <w:rPr>
          <w:b/>
          <w:sz w:val="24"/>
          <w:szCs w:val="24"/>
          <w:lang w:val="es-CO"/>
        </w:rPr>
      </w:pPr>
      <w:r w:rsidRPr="003B1CFB">
        <w:rPr>
          <w:b/>
          <w:sz w:val="24"/>
          <w:szCs w:val="24"/>
          <w:lang w:val="es-CO"/>
        </w:rPr>
        <w:t>____ Mantener limpio nuestro barrio.</w:t>
      </w:r>
    </w:p>
    <w:p w:rsidR="00B73FB0" w:rsidRPr="003B1CFB" w:rsidRDefault="00B6176A" w:rsidP="00B73FB0">
      <w:pPr>
        <w:spacing w:after="0" w:line="240" w:lineRule="auto"/>
        <w:rPr>
          <w:rFonts w:eastAsia="Times New Roman" w:cs="Arial"/>
          <w:b/>
          <w:sz w:val="24"/>
          <w:szCs w:val="24"/>
          <w:lang w:val="es-CO" w:eastAsia="es-ES_tradnl"/>
        </w:rPr>
      </w:pPr>
      <w:r w:rsidRPr="003B1CFB">
        <w:rPr>
          <w:rFonts w:eastAsia="Times New Roman" w:cs="Arial"/>
          <w:b/>
          <w:sz w:val="24"/>
          <w:szCs w:val="24"/>
          <w:lang w:val="es-CO" w:eastAsia="es-ES_tradnl"/>
        </w:rPr>
        <w:t>Escribe una oraciòn con las siguientes palabras</w:t>
      </w:r>
      <w:r w:rsidR="00113D3D" w:rsidRPr="003B1CFB">
        <w:rPr>
          <w:rFonts w:eastAsia="Times New Roman" w:cs="Arial"/>
          <w:b/>
          <w:sz w:val="24"/>
          <w:szCs w:val="24"/>
          <w:lang w:val="es-CO" w:eastAsia="es-ES_tradnl"/>
        </w:rPr>
        <w:t xml:space="preserve"> </w:t>
      </w:r>
      <w:r w:rsidR="003B1CFB" w:rsidRPr="003B1CFB">
        <w:rPr>
          <w:rFonts w:eastAsia="Times New Roman" w:cs="Arial"/>
          <w:b/>
          <w:sz w:val="24"/>
          <w:szCs w:val="24"/>
          <w:lang w:val="es-CO" w:eastAsia="es-ES_tradnl"/>
        </w:rPr>
        <w:t>(Letra</w:t>
      </w:r>
      <w:r w:rsidR="00190664" w:rsidRPr="003B1CFB">
        <w:rPr>
          <w:rFonts w:eastAsia="Times New Roman" w:cs="Arial"/>
          <w:b/>
          <w:sz w:val="24"/>
          <w:szCs w:val="24"/>
          <w:lang w:val="es-CO" w:eastAsia="es-ES_tradnl"/>
        </w:rPr>
        <w:t xml:space="preserve"> inicial con </w:t>
      </w:r>
      <w:proofErr w:type="spellStart"/>
      <w:r w:rsidR="00190664" w:rsidRPr="003B1CFB">
        <w:rPr>
          <w:rFonts w:eastAsia="Times New Roman" w:cs="Arial"/>
          <w:b/>
          <w:sz w:val="24"/>
          <w:szCs w:val="24"/>
          <w:lang w:val="es-CO" w:eastAsia="es-ES_tradnl"/>
        </w:rPr>
        <w:t>lapiz</w:t>
      </w:r>
      <w:proofErr w:type="spellEnd"/>
      <w:r w:rsidR="00190664" w:rsidRPr="003B1CFB">
        <w:rPr>
          <w:rFonts w:eastAsia="Times New Roman" w:cs="Arial"/>
          <w:b/>
          <w:sz w:val="24"/>
          <w:szCs w:val="24"/>
          <w:lang w:val="es-CO" w:eastAsia="es-ES_tradnl"/>
        </w:rPr>
        <w:t xml:space="preserve"> rojo con </w:t>
      </w:r>
      <w:proofErr w:type="spellStart"/>
      <w:r w:rsidR="00190664" w:rsidRPr="003B1CFB">
        <w:rPr>
          <w:rFonts w:eastAsia="Times New Roman" w:cs="Arial"/>
          <w:b/>
          <w:sz w:val="24"/>
          <w:szCs w:val="24"/>
          <w:lang w:val="es-CO" w:eastAsia="es-ES_tradnl"/>
        </w:rPr>
        <w:t>mayuscula</w:t>
      </w:r>
      <w:proofErr w:type="spellEnd"/>
      <w:r w:rsidR="00190664" w:rsidRPr="003B1CFB">
        <w:rPr>
          <w:rFonts w:eastAsia="Times New Roman" w:cs="Arial"/>
          <w:b/>
          <w:sz w:val="24"/>
          <w:szCs w:val="24"/>
          <w:lang w:val="es-CO" w:eastAsia="es-ES_tradnl"/>
        </w:rPr>
        <w:t xml:space="preserve"> y termina con punto final</w:t>
      </w:r>
      <w:r w:rsidR="00113D3D" w:rsidRPr="003B1CFB">
        <w:rPr>
          <w:rFonts w:eastAsia="Times New Roman" w:cs="Arial"/>
          <w:b/>
          <w:sz w:val="24"/>
          <w:szCs w:val="24"/>
          <w:lang w:val="es-CO" w:eastAsia="es-ES_tradnl"/>
        </w:rPr>
        <w:t>)</w:t>
      </w:r>
    </w:p>
    <w:p w:rsidR="00190664" w:rsidRPr="003B1CFB" w:rsidRDefault="00190664" w:rsidP="00B73FB0">
      <w:pPr>
        <w:spacing w:after="0" w:line="240" w:lineRule="auto"/>
        <w:rPr>
          <w:rFonts w:eastAsia="Times New Roman" w:cs="Arial"/>
          <w:b/>
          <w:sz w:val="24"/>
          <w:szCs w:val="24"/>
          <w:lang w:val="es-CO" w:eastAsia="es-ES_tradnl"/>
        </w:rPr>
      </w:pPr>
    </w:p>
    <w:p w:rsidR="00190664" w:rsidRPr="003B1CFB" w:rsidRDefault="00190664" w:rsidP="00B73FB0">
      <w:pPr>
        <w:spacing w:after="0" w:line="240" w:lineRule="auto"/>
        <w:rPr>
          <w:rFonts w:eastAsia="Times New Roman" w:cs="Arial"/>
          <w:b/>
          <w:sz w:val="24"/>
          <w:szCs w:val="24"/>
          <w:lang w:val="es-CO" w:eastAsia="es-ES_tradnl"/>
        </w:rPr>
      </w:pPr>
      <w:r w:rsidRPr="003B1CFB">
        <w:rPr>
          <w:rFonts w:eastAsia="Times New Roman" w:cs="Arial"/>
          <w:b/>
          <w:sz w:val="24"/>
          <w:szCs w:val="24"/>
          <w:lang w:val="es-CO" w:eastAsia="es-ES_tradnl"/>
        </w:rPr>
        <w:t>vigilantes:</w:t>
      </w:r>
    </w:p>
    <w:p w:rsidR="00190664" w:rsidRPr="003B1CFB" w:rsidRDefault="00190664" w:rsidP="00B73FB0">
      <w:pPr>
        <w:spacing w:after="0" w:line="240" w:lineRule="auto"/>
        <w:rPr>
          <w:rFonts w:eastAsia="Times New Roman" w:cs="Arial"/>
          <w:b/>
          <w:sz w:val="24"/>
          <w:szCs w:val="24"/>
          <w:lang w:val="es-CO" w:eastAsia="es-ES_tradnl"/>
        </w:rPr>
      </w:pPr>
      <w:r w:rsidRPr="003B1CFB">
        <w:rPr>
          <w:rFonts w:eastAsia="Times New Roman" w:cs="Arial"/>
          <w:b/>
          <w:sz w:val="24"/>
          <w:szCs w:val="24"/>
          <w:lang w:val="es-CO" w:eastAsia="es-ES_tradnl"/>
        </w:rPr>
        <w:t>________________________________________________________________________________________________________________________________________________________</w:t>
      </w:r>
    </w:p>
    <w:p w:rsidR="00190664" w:rsidRPr="003B1CFB" w:rsidRDefault="00190664" w:rsidP="00B73FB0">
      <w:pPr>
        <w:spacing w:after="0" w:line="240" w:lineRule="auto"/>
        <w:rPr>
          <w:rFonts w:eastAsia="Times New Roman" w:cs="Arial"/>
          <w:b/>
          <w:sz w:val="24"/>
          <w:szCs w:val="24"/>
          <w:lang w:val="es-CO" w:eastAsia="es-ES_tradnl"/>
        </w:rPr>
      </w:pPr>
    </w:p>
    <w:p w:rsidR="00190664" w:rsidRPr="003B1CFB" w:rsidRDefault="00190664" w:rsidP="00B73FB0">
      <w:pPr>
        <w:spacing w:after="0" w:line="240" w:lineRule="auto"/>
        <w:rPr>
          <w:rFonts w:eastAsia="Times New Roman" w:cs="Arial"/>
          <w:b/>
          <w:sz w:val="24"/>
          <w:szCs w:val="24"/>
          <w:lang w:val="es-CO" w:eastAsia="es-ES_tradnl"/>
        </w:rPr>
      </w:pPr>
      <w:r w:rsidRPr="003B1CFB">
        <w:rPr>
          <w:rFonts w:eastAsia="Times New Roman" w:cs="Arial"/>
          <w:b/>
          <w:sz w:val="24"/>
          <w:szCs w:val="24"/>
          <w:lang w:val="es-CO" w:eastAsia="es-ES_tradnl"/>
        </w:rPr>
        <w:t>cajas:</w:t>
      </w:r>
    </w:p>
    <w:p w:rsidR="00190664" w:rsidRPr="003B1CFB" w:rsidRDefault="00190664" w:rsidP="00B73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CO" w:eastAsia="es-ES_tradnl"/>
        </w:rPr>
      </w:pPr>
    </w:p>
    <w:p w:rsidR="00190664" w:rsidRPr="003B1CFB" w:rsidRDefault="00190664" w:rsidP="00B73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CO" w:eastAsia="es-ES_tradnl"/>
        </w:rPr>
      </w:pPr>
      <w:r w:rsidRPr="003B1CFB">
        <w:rPr>
          <w:rFonts w:ascii="Times New Roman" w:eastAsia="Times New Roman" w:hAnsi="Times New Roman" w:cs="Times New Roman"/>
          <w:b/>
          <w:sz w:val="24"/>
          <w:szCs w:val="24"/>
          <w:lang w:val="es-CO" w:eastAsia="es-ES_tradnl"/>
        </w:rPr>
        <w:t>__________________________________________________________________________________________________________________________________________________________________________</w:t>
      </w:r>
    </w:p>
    <w:p w:rsidR="008F4880" w:rsidRPr="003B1CFB" w:rsidRDefault="008F4880" w:rsidP="00B73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CO" w:eastAsia="es-ES_tradnl"/>
        </w:rPr>
      </w:pPr>
    </w:p>
    <w:p w:rsidR="008F4880" w:rsidRPr="00B73FB0" w:rsidRDefault="008F4880" w:rsidP="00B73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</w:p>
    <w:p w:rsidR="003C57B7" w:rsidRPr="003C57B7" w:rsidRDefault="003C57B7" w:rsidP="003C5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C57B7">
        <w:rPr>
          <w:noProof/>
        </w:rPr>
        <w:drawing>
          <wp:inline distT="0" distB="0" distL="0" distR="0">
            <wp:extent cx="6477000" cy="4331970"/>
            <wp:effectExtent l="0" t="0" r="0" b="0"/>
            <wp:docPr id="1" name="Imagen 1" descr="/var/folders/dx/l2lg_g010074dqny_9sf2_mm0000gn/T/com.microsoft.Word/Content.MSO/219493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dx/l2lg_g010074dqny_9sf2_mm0000gn/T/com.microsoft.Word/Content.MSO/21949385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B0" w:rsidRPr="00B73FB0" w:rsidRDefault="00B73FB0" w:rsidP="00B73FB0">
      <w:pPr>
        <w:rPr>
          <w:lang w:val="es-CO"/>
        </w:rPr>
      </w:pPr>
    </w:p>
    <w:p w:rsidR="00B73FB0" w:rsidRPr="00B73FB0" w:rsidRDefault="00B73FB0" w:rsidP="00B73FB0">
      <w:pPr>
        <w:rPr>
          <w:lang w:val="es-CO"/>
        </w:rPr>
      </w:pPr>
    </w:p>
    <w:p w:rsidR="002C0CA5" w:rsidRPr="00B73FB0" w:rsidRDefault="002C0CA5">
      <w:pPr>
        <w:jc w:val="center"/>
        <w:rPr>
          <w:lang w:val="es-CO"/>
        </w:rPr>
      </w:pPr>
    </w:p>
    <w:sectPr w:rsidR="002C0CA5" w:rsidRPr="00B73FB0" w:rsidSect="008F4880">
      <w:pgSz w:w="12240" w:h="20160" w:code="5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D3403B"/>
    <w:multiLevelType w:val="hybridMultilevel"/>
    <w:tmpl w:val="A5CE6F94"/>
    <w:lvl w:ilvl="0" w:tplc="040A0019">
      <w:start w:val="1"/>
      <w:numFmt w:val="lowerLetter"/>
      <w:lvlText w:val="%1."/>
      <w:lvlJc w:val="left"/>
      <w:pPr>
        <w:ind w:left="789" w:hanging="360"/>
      </w:pPr>
    </w:lvl>
    <w:lvl w:ilvl="1" w:tplc="040A0019" w:tentative="1">
      <w:start w:val="1"/>
      <w:numFmt w:val="lowerLetter"/>
      <w:lvlText w:val="%2."/>
      <w:lvlJc w:val="left"/>
      <w:pPr>
        <w:ind w:left="1509" w:hanging="360"/>
      </w:pPr>
    </w:lvl>
    <w:lvl w:ilvl="2" w:tplc="040A001B" w:tentative="1">
      <w:start w:val="1"/>
      <w:numFmt w:val="lowerRoman"/>
      <w:lvlText w:val="%3."/>
      <w:lvlJc w:val="right"/>
      <w:pPr>
        <w:ind w:left="2229" w:hanging="180"/>
      </w:pPr>
    </w:lvl>
    <w:lvl w:ilvl="3" w:tplc="040A000F" w:tentative="1">
      <w:start w:val="1"/>
      <w:numFmt w:val="decimal"/>
      <w:lvlText w:val="%4."/>
      <w:lvlJc w:val="left"/>
      <w:pPr>
        <w:ind w:left="2949" w:hanging="360"/>
      </w:pPr>
    </w:lvl>
    <w:lvl w:ilvl="4" w:tplc="040A0019" w:tentative="1">
      <w:start w:val="1"/>
      <w:numFmt w:val="lowerLetter"/>
      <w:lvlText w:val="%5."/>
      <w:lvlJc w:val="left"/>
      <w:pPr>
        <w:ind w:left="3669" w:hanging="360"/>
      </w:pPr>
    </w:lvl>
    <w:lvl w:ilvl="5" w:tplc="040A001B" w:tentative="1">
      <w:start w:val="1"/>
      <w:numFmt w:val="lowerRoman"/>
      <w:lvlText w:val="%6."/>
      <w:lvlJc w:val="right"/>
      <w:pPr>
        <w:ind w:left="4389" w:hanging="180"/>
      </w:pPr>
    </w:lvl>
    <w:lvl w:ilvl="6" w:tplc="040A000F" w:tentative="1">
      <w:start w:val="1"/>
      <w:numFmt w:val="decimal"/>
      <w:lvlText w:val="%7."/>
      <w:lvlJc w:val="left"/>
      <w:pPr>
        <w:ind w:left="5109" w:hanging="360"/>
      </w:pPr>
    </w:lvl>
    <w:lvl w:ilvl="7" w:tplc="040A0019" w:tentative="1">
      <w:start w:val="1"/>
      <w:numFmt w:val="lowerLetter"/>
      <w:lvlText w:val="%8."/>
      <w:lvlJc w:val="left"/>
      <w:pPr>
        <w:ind w:left="5829" w:hanging="360"/>
      </w:pPr>
    </w:lvl>
    <w:lvl w:ilvl="8" w:tplc="040A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63F15009"/>
    <w:multiLevelType w:val="hybridMultilevel"/>
    <w:tmpl w:val="5E6CB13C"/>
    <w:lvl w:ilvl="0" w:tplc="0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3D3D"/>
    <w:rsid w:val="0015074B"/>
    <w:rsid w:val="00190664"/>
    <w:rsid w:val="0029639D"/>
    <w:rsid w:val="002C0CA5"/>
    <w:rsid w:val="00326F90"/>
    <w:rsid w:val="003B1CFB"/>
    <w:rsid w:val="003C57B7"/>
    <w:rsid w:val="005F4101"/>
    <w:rsid w:val="00652C91"/>
    <w:rsid w:val="008F4880"/>
    <w:rsid w:val="00AA1D8D"/>
    <w:rsid w:val="00B47730"/>
    <w:rsid w:val="00B6176A"/>
    <w:rsid w:val="00B73FB0"/>
    <w:rsid w:val="00C117C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DB20EB3-AE74-574A-A4ED-159B3307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7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2CDDBF-8710-4B77-926A-40DFE895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AULA 1D</cp:lastModifiedBy>
  <cp:revision>2</cp:revision>
  <dcterms:created xsi:type="dcterms:W3CDTF">2026-08-26T19:26:00Z</dcterms:created>
  <dcterms:modified xsi:type="dcterms:W3CDTF">2026-08-26T19:26:00Z</dcterms:modified>
  <cp:category/>
</cp:coreProperties>
</file>